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8AC87" w14:textId="77777777" w:rsidR="00393CD8" w:rsidRDefault="00446C52">
      <w:pPr>
        <w:jc w:val="center"/>
        <w:rPr>
          <w:lang w:eastAsia="ja-JP"/>
        </w:rPr>
      </w:pPr>
      <w:r>
        <w:rPr>
          <w:b/>
          <w:sz w:val="30"/>
          <w:lang w:eastAsia="ja-JP"/>
        </w:rPr>
        <w:t>第40回高砂マラソン</w:t>
      </w:r>
    </w:p>
    <w:p w14:paraId="75AF83B1" w14:textId="77777777" w:rsidR="00393CD8" w:rsidRDefault="00446C52">
      <w:pPr>
        <w:spacing w:after="100"/>
        <w:jc w:val="center"/>
        <w:rPr>
          <w:lang w:eastAsia="ja-JP"/>
        </w:rPr>
      </w:pPr>
      <w:r>
        <w:rPr>
          <w:b/>
          <w:sz w:val="36"/>
          <w:lang w:eastAsia="ja-JP"/>
        </w:rPr>
        <w:t>ボランティア参加申込書（個人申込用）</w:t>
      </w:r>
    </w:p>
    <w:p w14:paraId="695C1688" w14:textId="77777777" w:rsidR="00393CD8" w:rsidRDefault="00446C52">
      <w:pPr>
        <w:spacing w:after="80"/>
        <w:jc w:val="right"/>
      </w:pPr>
      <w:r>
        <w:rPr>
          <w:b/>
        </w:rPr>
        <w:t>申込期限：令和8年10月23日（金）</w:t>
      </w:r>
    </w:p>
    <w:p w14:paraId="0CD95BB7" w14:textId="77777777" w:rsidR="00393CD8" w:rsidRDefault="00446C52">
      <w:pPr>
        <w:spacing w:after="100"/>
        <w:rPr>
          <w:lang w:eastAsia="ja-JP"/>
        </w:rPr>
      </w:pPr>
      <w:r>
        <w:rPr>
          <w:sz w:val="19"/>
          <w:lang w:eastAsia="ja-JP"/>
        </w:rPr>
        <w:t>募集要項の内容を確認の上、必要事項をご記入ください。高校生は保護者の同意を得てお申し込みください。</w:t>
      </w:r>
    </w:p>
    <w:tbl>
      <w:tblPr>
        <w:tblW w:w="0" w:type="auto"/>
        <w:tblLayout w:type="fixed"/>
        <w:tblLook w:val="04A0" w:firstRow="1" w:lastRow="0" w:firstColumn="1" w:lastColumn="0" w:noHBand="0" w:noVBand="1"/>
      </w:tblPr>
      <w:tblGrid>
        <w:gridCol w:w="2835"/>
        <w:gridCol w:w="7257"/>
      </w:tblGrid>
      <w:tr w:rsidR="00393CD8" w14:paraId="5B31AF1A" w14:textId="77777777" w:rsidTr="00A750C0">
        <w:trPr>
          <w:trHeight w:val="860"/>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435C3CBB" w14:textId="60CCA505" w:rsidR="00393CD8" w:rsidRDefault="00446C52">
            <w:pPr>
              <w:rPr>
                <w:b/>
                <w:sz w:val="19"/>
              </w:rPr>
            </w:pPr>
            <w:proofErr w:type="spellStart"/>
            <w:r>
              <w:rPr>
                <w:b/>
                <w:sz w:val="19"/>
              </w:rPr>
              <w:t>ふりがな</w:t>
            </w:r>
            <w:proofErr w:type="spellEnd"/>
          </w:p>
          <w:p w14:paraId="09A03C13" w14:textId="7DCD79E4" w:rsidR="00CB7484" w:rsidRDefault="00CB7484">
            <w:r>
              <w:rPr>
                <w:rFonts w:hint="eastAsia"/>
                <w:b/>
                <w:sz w:val="19"/>
                <w:lang w:eastAsia="ja-JP"/>
              </w:rPr>
              <w:t>氏　　名</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632D480B" w14:textId="77777777" w:rsidR="00393CD8" w:rsidRDefault="00393CD8"/>
        </w:tc>
      </w:tr>
      <w:tr w:rsidR="00393CD8" w14:paraId="49151B20" w14:textId="77777777" w:rsidTr="00A750C0">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07170935" w14:textId="2C8D8CBD" w:rsidR="00393CD8" w:rsidRDefault="00CB7484">
            <w:r>
              <w:rPr>
                <w:rFonts w:hint="eastAsia"/>
                <w:b/>
                <w:sz w:val="19"/>
                <w:lang w:eastAsia="ja-JP"/>
              </w:rPr>
              <w:t>生年月日</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19C8D80D" w14:textId="0F28EA0C" w:rsidR="00393CD8" w:rsidRDefault="00555C14">
            <w:r>
              <w:rPr>
                <w:rFonts w:hint="eastAsia"/>
                <w:lang w:eastAsia="ja-JP"/>
              </w:rPr>
              <w:t>S</w:t>
            </w:r>
            <w:r>
              <w:t xml:space="preserve"> ・ </w:t>
            </w:r>
            <w:r>
              <w:rPr>
                <w:rFonts w:hint="eastAsia"/>
                <w:lang w:eastAsia="ja-JP"/>
              </w:rPr>
              <w:t>H</w:t>
            </w:r>
            <w:r>
              <w:t xml:space="preserve"> 　</w:t>
            </w:r>
            <w:r>
              <w:rPr>
                <w:rFonts w:hint="eastAsia"/>
                <w:lang w:eastAsia="ja-JP"/>
              </w:rPr>
              <w:t xml:space="preserve">　</w:t>
            </w:r>
            <w:r>
              <w:t xml:space="preserve">　年　</w:t>
            </w:r>
            <w:r>
              <w:rPr>
                <w:rFonts w:hint="eastAsia"/>
                <w:lang w:eastAsia="ja-JP"/>
              </w:rPr>
              <w:t xml:space="preserve">　</w:t>
            </w:r>
            <w:r>
              <w:t xml:space="preserve">　月　　</w:t>
            </w:r>
            <w:r>
              <w:rPr>
                <w:rFonts w:hint="eastAsia"/>
                <w:lang w:eastAsia="ja-JP"/>
              </w:rPr>
              <w:t xml:space="preserve">　</w:t>
            </w:r>
            <w:r>
              <w:t>日</w:t>
            </w:r>
          </w:p>
        </w:tc>
      </w:tr>
      <w:tr w:rsidR="00393CD8" w14:paraId="03FED249" w14:textId="77777777" w:rsidTr="00A750C0">
        <w:trPr>
          <w:trHeight w:val="90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49BE8180" w14:textId="5B0630A5" w:rsidR="00393CD8" w:rsidRDefault="00446C52">
            <w:r>
              <w:rPr>
                <w:b/>
                <w:sz w:val="19"/>
              </w:rPr>
              <w:t xml:space="preserve">住　</w:t>
            </w:r>
            <w:r w:rsidR="00CB7484">
              <w:rPr>
                <w:rFonts w:hint="eastAsia"/>
                <w:b/>
                <w:sz w:val="19"/>
                <w:lang w:eastAsia="ja-JP"/>
              </w:rPr>
              <w:t xml:space="preserve">　</w:t>
            </w:r>
            <w:r>
              <w:rPr>
                <w:b/>
                <w:sz w:val="19"/>
              </w:rPr>
              <w:t>所</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2C7AF467" w14:textId="77777777" w:rsidR="00393CD8" w:rsidRDefault="00446C52" w:rsidP="00374DEA">
            <w:pPr>
              <w:jc w:val="both"/>
            </w:pPr>
            <w:r>
              <w:rPr>
                <w:sz w:val="19"/>
              </w:rPr>
              <w:t>〒　　　　－</w:t>
            </w:r>
          </w:p>
        </w:tc>
      </w:tr>
      <w:tr w:rsidR="00393CD8" w14:paraId="1598A4E5" w14:textId="77777777" w:rsidTr="00A750C0">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61D5FD34" w14:textId="77777777" w:rsidR="00393CD8" w:rsidRDefault="00446C52">
            <w:r>
              <w:rPr>
                <w:b/>
                <w:sz w:val="19"/>
              </w:rPr>
              <w:t>電話番号</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695FA70E" w14:textId="77777777" w:rsidR="00393CD8" w:rsidRDefault="00393CD8"/>
        </w:tc>
      </w:tr>
      <w:tr w:rsidR="00393CD8" w14:paraId="76999C15" w14:textId="77777777" w:rsidTr="00A750C0">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1BFAB2BF" w14:textId="77777777" w:rsidR="00393CD8" w:rsidRDefault="00446C52">
            <w:r>
              <w:rPr>
                <w:b/>
                <w:sz w:val="19"/>
              </w:rPr>
              <w:t>E-mail</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7BA7FCC9" w14:textId="77777777" w:rsidR="00393CD8" w:rsidRDefault="00393CD8"/>
        </w:tc>
      </w:tr>
      <w:tr w:rsidR="00393CD8" w14:paraId="54FF1C97" w14:textId="77777777" w:rsidTr="00A750C0">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7E05D593" w14:textId="77777777" w:rsidR="00393CD8" w:rsidRDefault="00446C52">
            <w:pPr>
              <w:rPr>
                <w:lang w:eastAsia="ja-JP"/>
              </w:rPr>
            </w:pPr>
            <w:r>
              <w:rPr>
                <w:b/>
                <w:sz w:val="19"/>
                <w:lang w:eastAsia="ja-JP"/>
              </w:rPr>
              <w:t>学校名等</w:t>
            </w:r>
            <w:r>
              <w:rPr>
                <w:b/>
                <w:sz w:val="19"/>
                <w:lang w:eastAsia="ja-JP"/>
              </w:rPr>
              <w:br/>
              <w:t>（高校生の場合）</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0DF63A9" w14:textId="77777777" w:rsidR="00393CD8" w:rsidRDefault="00393CD8">
            <w:pPr>
              <w:rPr>
                <w:lang w:eastAsia="ja-JP"/>
              </w:rPr>
            </w:pPr>
          </w:p>
        </w:tc>
      </w:tr>
      <w:tr w:rsidR="00393CD8" w14:paraId="3083DC17" w14:textId="77777777" w:rsidTr="00A750C0">
        <w:trPr>
          <w:trHeight w:val="90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59F8B0A9" w14:textId="77777777" w:rsidR="00393CD8" w:rsidRDefault="00446C52">
            <w:proofErr w:type="spellStart"/>
            <w:r>
              <w:rPr>
                <w:b/>
                <w:sz w:val="19"/>
              </w:rPr>
              <w:t>緊急連絡先</w:t>
            </w:r>
            <w:proofErr w:type="spellEnd"/>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349E1B23" w14:textId="77777777" w:rsidR="00393CD8" w:rsidRDefault="00446C52">
            <w:r>
              <w:rPr>
                <w:sz w:val="19"/>
              </w:rPr>
              <w:t xml:space="preserve">氏名：　　　　　　　　　　　　続柄：　　　　</w:t>
            </w:r>
            <w:r>
              <w:rPr>
                <w:sz w:val="19"/>
              </w:rPr>
              <w:br/>
              <w:t>電話番号：</w:t>
            </w:r>
          </w:p>
        </w:tc>
      </w:tr>
    </w:tbl>
    <w:p w14:paraId="38394750" w14:textId="77777777" w:rsidR="00CB7484" w:rsidRDefault="00CB7484">
      <w:pPr>
        <w:spacing w:before="100" w:after="40"/>
        <w:rPr>
          <w:b/>
          <w:sz w:val="21"/>
        </w:rPr>
      </w:pPr>
    </w:p>
    <w:p w14:paraId="4D9F380B" w14:textId="4ECA0BF3" w:rsidR="00393CD8" w:rsidRDefault="00446C52">
      <w:pPr>
        <w:spacing w:before="100" w:after="40"/>
      </w:pPr>
      <w:r>
        <w:rPr>
          <w:b/>
          <w:sz w:val="21"/>
        </w:rPr>
        <w:t xml:space="preserve">■ </w:t>
      </w:r>
      <w:proofErr w:type="spellStart"/>
      <w:r>
        <w:rPr>
          <w:b/>
          <w:sz w:val="21"/>
        </w:rPr>
        <w:t>確認・同意欄</w:t>
      </w:r>
      <w:proofErr w:type="spellEnd"/>
    </w:p>
    <w:tbl>
      <w:tblPr>
        <w:tblW w:w="0" w:type="auto"/>
        <w:tblLayout w:type="fixed"/>
        <w:tblLook w:val="04A0" w:firstRow="1" w:lastRow="0" w:firstColumn="1" w:lastColumn="0" w:noHBand="0" w:noVBand="1"/>
      </w:tblPr>
      <w:tblGrid>
        <w:gridCol w:w="10092"/>
      </w:tblGrid>
      <w:tr w:rsidR="00393CD8" w14:paraId="60CDC43F" w14:textId="77777777">
        <w:trPr>
          <w:trHeight w:val="1134"/>
        </w:trPr>
        <w:tc>
          <w:tcPr>
            <w:tcW w:w="10092"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7035E818" w14:textId="77777777" w:rsidR="00393CD8" w:rsidRDefault="00446C52">
            <w:pPr>
              <w:rPr>
                <w:lang w:eastAsia="ja-JP"/>
              </w:rPr>
            </w:pPr>
            <w:r>
              <w:rPr>
                <w:sz w:val="19"/>
                <w:lang w:eastAsia="ja-JP"/>
              </w:rPr>
              <w:t>□ 「第40回高砂マラソン ボランティア募集要項」の内容を確認し、同意の上、申し込みます。</w:t>
            </w:r>
          </w:p>
          <w:p w14:paraId="5F15C259" w14:textId="77777777" w:rsidR="00393CD8" w:rsidRDefault="00446C52">
            <w:pPr>
              <w:rPr>
                <w:lang w:eastAsia="ja-JP"/>
              </w:rPr>
            </w:pPr>
            <w:r>
              <w:rPr>
                <w:sz w:val="19"/>
                <w:lang w:eastAsia="ja-JP"/>
              </w:rPr>
              <w:t>□ 活動中に撮影された写真・映像が、大会広報（市・大会公式ホームページ、SNS、広報物等）に使用される場合があることを確認しました。</w:t>
            </w:r>
          </w:p>
        </w:tc>
      </w:tr>
    </w:tbl>
    <w:p w14:paraId="0A208F4F" w14:textId="77777777" w:rsidR="00CB7484" w:rsidRDefault="00CB7484">
      <w:pPr>
        <w:spacing w:before="100" w:after="40"/>
        <w:rPr>
          <w:b/>
          <w:sz w:val="21"/>
          <w:lang w:eastAsia="ja-JP"/>
        </w:rPr>
      </w:pPr>
    </w:p>
    <w:p w14:paraId="50EE7EA6" w14:textId="0871A055" w:rsidR="00393CD8" w:rsidRDefault="00446C52">
      <w:pPr>
        <w:spacing w:before="100" w:after="40"/>
        <w:rPr>
          <w:lang w:eastAsia="ja-JP"/>
        </w:rPr>
      </w:pPr>
      <w:r>
        <w:rPr>
          <w:b/>
          <w:sz w:val="21"/>
          <w:lang w:eastAsia="ja-JP"/>
        </w:rPr>
        <w:t>■ 保護者同意欄（高校生のみ）</w:t>
      </w:r>
    </w:p>
    <w:tbl>
      <w:tblPr>
        <w:tblW w:w="0" w:type="auto"/>
        <w:tblLayout w:type="fixed"/>
        <w:tblLook w:val="04A0" w:firstRow="1" w:lastRow="0" w:firstColumn="1" w:lastColumn="0" w:noHBand="0" w:noVBand="1"/>
      </w:tblPr>
      <w:tblGrid>
        <w:gridCol w:w="5046"/>
        <w:gridCol w:w="5046"/>
      </w:tblGrid>
      <w:tr w:rsidR="00393CD8" w14:paraId="65D8B507" w14:textId="77777777" w:rsidTr="009E16B2">
        <w:trPr>
          <w:trHeight w:val="624"/>
        </w:trPr>
        <w:tc>
          <w:tcPr>
            <w:tcW w:w="5046"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687D975F" w14:textId="77777777" w:rsidR="00393CD8" w:rsidRDefault="00446C52">
            <w:proofErr w:type="spellStart"/>
            <w:r>
              <w:rPr>
                <w:b/>
                <w:sz w:val="19"/>
              </w:rPr>
              <w:t>保護者氏名</w:t>
            </w:r>
            <w:proofErr w:type="spellEnd"/>
          </w:p>
        </w:tc>
        <w:tc>
          <w:tcPr>
            <w:tcW w:w="504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3524F506" w14:textId="77777777" w:rsidR="00393CD8" w:rsidRDefault="00446C52" w:rsidP="009E16B2">
            <w:pPr>
              <w:jc w:val="right"/>
            </w:pPr>
            <w:r>
              <w:rPr>
                <w:sz w:val="19"/>
              </w:rPr>
              <w:t xml:space="preserve">　　　　　　　　　　　　　　　　　　　　　　　　　　（自署）</w:t>
            </w:r>
          </w:p>
        </w:tc>
      </w:tr>
      <w:tr w:rsidR="00393CD8" w14:paraId="6DA1C841" w14:textId="77777777">
        <w:trPr>
          <w:trHeight w:val="737"/>
        </w:trPr>
        <w:tc>
          <w:tcPr>
            <w:tcW w:w="5046"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45A5C32E" w14:textId="77777777" w:rsidR="00393CD8" w:rsidRDefault="00446C52">
            <w:r>
              <w:rPr>
                <w:b/>
                <w:sz w:val="19"/>
              </w:rPr>
              <w:t>保護者確認</w:t>
            </w:r>
          </w:p>
        </w:tc>
        <w:tc>
          <w:tcPr>
            <w:tcW w:w="5046"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033D9C4C" w14:textId="77777777" w:rsidR="00393CD8" w:rsidRDefault="00446C52">
            <w:pPr>
              <w:rPr>
                <w:lang w:eastAsia="ja-JP"/>
              </w:rPr>
            </w:pPr>
            <w:r>
              <w:rPr>
                <w:sz w:val="19"/>
                <w:lang w:eastAsia="ja-JP"/>
              </w:rPr>
              <w:t>上記の者が本大会のボランティア活動に参加することに同意します。</w:t>
            </w:r>
          </w:p>
        </w:tc>
      </w:tr>
    </w:tbl>
    <w:p w14:paraId="728C4BBD" w14:textId="77777777" w:rsidR="00393CD8" w:rsidRDefault="00446C52">
      <w:pPr>
        <w:spacing w:before="80"/>
        <w:rPr>
          <w:lang w:eastAsia="ja-JP"/>
        </w:rPr>
      </w:pPr>
      <w:r>
        <w:rPr>
          <w:sz w:val="17"/>
          <w:lang w:eastAsia="ja-JP"/>
        </w:rPr>
        <w:t>※ご記入いただいた個人情報は、大会及びボランティア活動の運営、連絡、保険加入その他これらに必要な業務のために使用します。</w:t>
      </w:r>
    </w:p>
    <w:p w14:paraId="470448DB" w14:textId="77777777" w:rsidR="00CB7484" w:rsidRDefault="00CB7484">
      <w:pPr>
        <w:spacing w:before="100" w:after="20"/>
        <w:rPr>
          <w:b/>
          <w:sz w:val="19"/>
          <w:lang w:eastAsia="ja-JP"/>
        </w:rPr>
      </w:pPr>
    </w:p>
    <w:p w14:paraId="0B42989C" w14:textId="1E26868B" w:rsidR="00393CD8" w:rsidRDefault="00446C52">
      <w:pPr>
        <w:spacing w:before="100" w:after="20"/>
        <w:rPr>
          <w:lang w:eastAsia="ja-JP"/>
        </w:rPr>
      </w:pPr>
      <w:r>
        <w:rPr>
          <w:b/>
          <w:sz w:val="19"/>
          <w:lang w:eastAsia="ja-JP"/>
        </w:rPr>
        <w:t>【提出・問合せ先】</w:t>
      </w:r>
    </w:p>
    <w:p w14:paraId="14E55165" w14:textId="77777777" w:rsidR="00393CD8" w:rsidRDefault="00446C52">
      <w:pPr>
        <w:ind w:left="227"/>
        <w:rPr>
          <w:lang w:eastAsia="ja-JP"/>
        </w:rPr>
      </w:pPr>
      <w:r>
        <w:rPr>
          <w:sz w:val="18"/>
          <w:lang w:eastAsia="ja-JP"/>
        </w:rPr>
        <w:t>高砂マラソン実行委員会事務局（高砂市スポーツ推進課）</w:t>
      </w:r>
    </w:p>
    <w:p w14:paraId="3C70566D" w14:textId="77777777" w:rsidR="00393CD8" w:rsidRDefault="00446C52">
      <w:pPr>
        <w:ind w:left="227"/>
      </w:pPr>
      <w:r>
        <w:rPr>
          <w:sz w:val="18"/>
        </w:rPr>
        <w:t>〒676-8501 高砂市荒井町千鳥1-1-1　TEL：079-443-9136</w:t>
      </w:r>
    </w:p>
    <w:p w14:paraId="3CB0590F" w14:textId="77777777" w:rsidR="00393CD8" w:rsidRDefault="00446C52">
      <w:pPr>
        <w:ind w:left="227"/>
      </w:pPr>
      <w:r>
        <w:rPr>
          <w:sz w:val="18"/>
        </w:rPr>
        <w:t>E-mail：tact7420@city.takasago.lg.jp</w:t>
      </w:r>
    </w:p>
    <w:p w14:paraId="68E5A78C" w14:textId="77777777" w:rsidR="00393CD8" w:rsidRDefault="00446C52">
      <w:pPr>
        <w:jc w:val="center"/>
        <w:rPr>
          <w:lang w:eastAsia="ja-JP"/>
        </w:rPr>
      </w:pPr>
      <w:r>
        <w:rPr>
          <w:b/>
          <w:sz w:val="30"/>
          <w:lang w:eastAsia="ja-JP"/>
        </w:rPr>
        <w:lastRenderedPageBreak/>
        <w:t>第40回高砂マラソン</w:t>
      </w:r>
    </w:p>
    <w:p w14:paraId="4D59A7A2" w14:textId="77777777" w:rsidR="00393CD8" w:rsidRDefault="00446C52">
      <w:pPr>
        <w:spacing w:after="100"/>
        <w:jc w:val="center"/>
        <w:rPr>
          <w:lang w:eastAsia="ja-JP"/>
        </w:rPr>
      </w:pPr>
      <w:r>
        <w:rPr>
          <w:b/>
          <w:sz w:val="36"/>
          <w:lang w:eastAsia="ja-JP"/>
        </w:rPr>
        <w:t>ボランティア参加申込書（団体申込用）</w:t>
      </w:r>
    </w:p>
    <w:p w14:paraId="0380E2C6" w14:textId="77777777" w:rsidR="00393CD8" w:rsidRDefault="00446C52">
      <w:pPr>
        <w:spacing w:after="80"/>
        <w:jc w:val="right"/>
      </w:pPr>
      <w:r>
        <w:rPr>
          <w:b/>
        </w:rPr>
        <w:t>申込期限：令和8年10月23日（金）</w:t>
      </w:r>
    </w:p>
    <w:p w14:paraId="02886F25" w14:textId="77777777" w:rsidR="00393CD8" w:rsidRDefault="00446C52">
      <w:pPr>
        <w:spacing w:after="80"/>
        <w:rPr>
          <w:lang w:eastAsia="ja-JP"/>
        </w:rPr>
      </w:pPr>
      <w:r>
        <w:rPr>
          <w:sz w:val="19"/>
          <w:lang w:eastAsia="ja-JP"/>
        </w:rPr>
        <w:t>学校・企業・団体等で取りまとめて申し込む場合にご使用ください。参加決定後の連絡は、原則として代表者を通じて行います。</w:t>
      </w:r>
    </w:p>
    <w:tbl>
      <w:tblPr>
        <w:tblW w:w="0" w:type="auto"/>
        <w:tblLayout w:type="fixed"/>
        <w:tblLook w:val="04A0" w:firstRow="1" w:lastRow="0" w:firstColumn="1" w:lastColumn="0" w:noHBand="0" w:noVBand="1"/>
      </w:tblPr>
      <w:tblGrid>
        <w:gridCol w:w="2835"/>
        <w:gridCol w:w="7257"/>
      </w:tblGrid>
      <w:tr w:rsidR="00393CD8" w14:paraId="2E9205DB" w14:textId="77777777" w:rsidTr="00555C14">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471C8E2C" w14:textId="77777777" w:rsidR="00393CD8" w:rsidRDefault="00446C52">
            <w:proofErr w:type="spellStart"/>
            <w:r>
              <w:rPr>
                <w:b/>
                <w:sz w:val="19"/>
              </w:rPr>
              <w:t>団体名・学校名</w:t>
            </w:r>
            <w:proofErr w:type="spellEnd"/>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2D86FC83" w14:textId="77777777" w:rsidR="00393CD8" w:rsidRDefault="00393CD8"/>
        </w:tc>
      </w:tr>
      <w:tr w:rsidR="00393CD8" w14:paraId="573CBC7D" w14:textId="77777777" w:rsidTr="00555C14">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32F77B5A" w14:textId="77777777" w:rsidR="00393CD8" w:rsidRDefault="00446C52">
            <w:r>
              <w:rPr>
                <w:b/>
                <w:sz w:val="19"/>
              </w:rPr>
              <w:t>代表者氏名</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5B43E889" w14:textId="77777777" w:rsidR="00393CD8" w:rsidRDefault="00393CD8"/>
        </w:tc>
      </w:tr>
      <w:tr w:rsidR="00374DEA" w14:paraId="5107F4C9" w14:textId="77777777" w:rsidTr="00555C14">
        <w:trPr>
          <w:trHeight w:val="850"/>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47DC8786" w14:textId="323D0147" w:rsidR="00374DEA" w:rsidRDefault="00374DEA" w:rsidP="00374DEA">
            <w:pPr>
              <w:rPr>
                <w:b/>
                <w:sz w:val="19"/>
              </w:rPr>
            </w:pPr>
            <w:proofErr w:type="spellStart"/>
            <w:r>
              <w:rPr>
                <w:b/>
                <w:sz w:val="19"/>
              </w:rPr>
              <w:t>代表者</w:t>
            </w:r>
            <w:proofErr w:type="spellEnd"/>
            <w:r>
              <w:rPr>
                <w:rFonts w:hint="eastAsia"/>
                <w:b/>
                <w:sz w:val="19"/>
                <w:lang w:eastAsia="ja-JP"/>
              </w:rPr>
              <w:t>住所</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72480C2C" w14:textId="38C4BB06" w:rsidR="00374DEA" w:rsidRDefault="00374DEA" w:rsidP="00374DEA">
            <w:r>
              <w:rPr>
                <w:sz w:val="19"/>
              </w:rPr>
              <w:t>〒　　　　－</w:t>
            </w:r>
          </w:p>
        </w:tc>
      </w:tr>
      <w:tr w:rsidR="00374DEA" w14:paraId="49915EBE" w14:textId="77777777" w:rsidTr="00555C14">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5017F6C1" w14:textId="77777777" w:rsidR="00374DEA" w:rsidRDefault="00374DEA" w:rsidP="00374DEA">
            <w:proofErr w:type="spellStart"/>
            <w:r>
              <w:rPr>
                <w:b/>
                <w:sz w:val="19"/>
              </w:rPr>
              <w:t>代表者電話番号</w:t>
            </w:r>
            <w:proofErr w:type="spellEnd"/>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26220CE" w14:textId="77777777" w:rsidR="00374DEA" w:rsidRDefault="00374DEA" w:rsidP="00374DEA"/>
        </w:tc>
      </w:tr>
      <w:tr w:rsidR="00374DEA" w14:paraId="11077F68" w14:textId="77777777" w:rsidTr="00555C14">
        <w:trPr>
          <w:trHeight w:val="567"/>
        </w:trPr>
        <w:tc>
          <w:tcPr>
            <w:tcW w:w="2835"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68EC8C0B" w14:textId="77777777" w:rsidR="00374DEA" w:rsidRDefault="00374DEA" w:rsidP="00374DEA">
            <w:r>
              <w:rPr>
                <w:b/>
                <w:sz w:val="19"/>
              </w:rPr>
              <w:t>代表者E-mail</w:t>
            </w:r>
          </w:p>
        </w:tc>
        <w:tc>
          <w:tcPr>
            <w:tcW w:w="7257"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55C566D9" w14:textId="77777777" w:rsidR="00374DEA" w:rsidRDefault="00374DEA" w:rsidP="00374DEA"/>
        </w:tc>
      </w:tr>
    </w:tbl>
    <w:p w14:paraId="67AF73D3" w14:textId="77777777" w:rsidR="00393CD8" w:rsidRDefault="00446C52">
      <w:pPr>
        <w:spacing w:before="100" w:after="40"/>
      </w:pPr>
      <w:r>
        <w:rPr>
          <w:b/>
          <w:sz w:val="21"/>
        </w:rPr>
        <w:t xml:space="preserve">■ </w:t>
      </w:r>
      <w:proofErr w:type="spellStart"/>
      <w:r>
        <w:rPr>
          <w:b/>
          <w:sz w:val="21"/>
        </w:rPr>
        <w:t>参加者一覧</w:t>
      </w:r>
      <w:proofErr w:type="spellEnd"/>
    </w:p>
    <w:tbl>
      <w:tblPr>
        <w:tblW w:w="0" w:type="auto"/>
        <w:tblLayout w:type="fixed"/>
        <w:tblLook w:val="04A0" w:firstRow="1" w:lastRow="0" w:firstColumn="1" w:lastColumn="0" w:noHBand="0" w:noVBand="1"/>
      </w:tblPr>
      <w:tblGrid>
        <w:gridCol w:w="510"/>
        <w:gridCol w:w="3969"/>
        <w:gridCol w:w="2154"/>
        <w:gridCol w:w="3458"/>
      </w:tblGrid>
      <w:tr w:rsidR="00CB7484" w14:paraId="39640A4B" w14:textId="77777777" w:rsidTr="00CB7484">
        <w:trPr>
          <w:trHeight w:val="567"/>
        </w:trPr>
        <w:tc>
          <w:tcPr>
            <w:tcW w:w="510"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50FB4496" w14:textId="77777777" w:rsidR="00CB7484" w:rsidRDefault="00CB7484">
            <w:pPr>
              <w:jc w:val="center"/>
            </w:pPr>
            <w:r>
              <w:rPr>
                <w:b/>
                <w:sz w:val="19"/>
              </w:rPr>
              <w:t>No.</w:t>
            </w:r>
          </w:p>
        </w:tc>
        <w:tc>
          <w:tcPr>
            <w:tcW w:w="3969"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1680B45B" w14:textId="77777777" w:rsidR="00CB7484" w:rsidRDefault="00CB7484">
            <w:pPr>
              <w:jc w:val="center"/>
              <w:rPr>
                <w:b/>
                <w:sz w:val="19"/>
              </w:rPr>
            </w:pPr>
            <w:proofErr w:type="spellStart"/>
            <w:r>
              <w:rPr>
                <w:b/>
                <w:sz w:val="19"/>
              </w:rPr>
              <w:t>ふりがな</w:t>
            </w:r>
            <w:proofErr w:type="spellEnd"/>
          </w:p>
          <w:p w14:paraId="52830DA6" w14:textId="6BEBD13C" w:rsidR="00CB7484" w:rsidRDefault="00CB7484">
            <w:pPr>
              <w:jc w:val="center"/>
            </w:pPr>
            <w:r>
              <w:rPr>
                <w:b/>
                <w:sz w:val="19"/>
              </w:rPr>
              <w:t>氏</w:t>
            </w:r>
            <w:r>
              <w:rPr>
                <w:rFonts w:hint="eastAsia"/>
                <w:b/>
                <w:sz w:val="19"/>
                <w:lang w:eastAsia="ja-JP"/>
              </w:rPr>
              <w:t xml:space="preserve">　　</w:t>
            </w:r>
            <w:r>
              <w:rPr>
                <w:b/>
                <w:sz w:val="19"/>
              </w:rPr>
              <w:t>名</w:t>
            </w:r>
          </w:p>
        </w:tc>
        <w:tc>
          <w:tcPr>
            <w:tcW w:w="2154"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51CF36D9" w14:textId="599C0842" w:rsidR="00CB7484" w:rsidRDefault="00CB7484">
            <w:pPr>
              <w:jc w:val="center"/>
            </w:pPr>
            <w:r>
              <w:rPr>
                <w:rFonts w:hint="eastAsia"/>
                <w:b/>
                <w:sz w:val="19"/>
                <w:lang w:eastAsia="ja-JP"/>
              </w:rPr>
              <w:t>生年月日</w:t>
            </w:r>
          </w:p>
        </w:tc>
        <w:tc>
          <w:tcPr>
            <w:tcW w:w="3458" w:type="dxa"/>
            <w:tcBorders>
              <w:top w:val="single" w:sz="6" w:space="0" w:color="808080"/>
              <w:left w:val="single" w:sz="6" w:space="0" w:color="808080"/>
              <w:bottom w:val="single" w:sz="6" w:space="0" w:color="808080"/>
              <w:right w:val="single" w:sz="6" w:space="0" w:color="808080"/>
            </w:tcBorders>
            <w:shd w:val="clear" w:color="auto" w:fill="EAF2EE"/>
            <w:tcMar>
              <w:top w:w="80" w:type="dxa"/>
              <w:left w:w="100" w:type="dxa"/>
              <w:bottom w:w="80" w:type="dxa"/>
              <w:right w:w="100" w:type="dxa"/>
            </w:tcMar>
            <w:vAlign w:val="center"/>
          </w:tcPr>
          <w:p w14:paraId="15780BA9" w14:textId="77777777" w:rsidR="00CB7484" w:rsidRDefault="00CB7484">
            <w:pPr>
              <w:jc w:val="center"/>
              <w:rPr>
                <w:lang w:eastAsia="ja-JP"/>
              </w:rPr>
            </w:pPr>
            <w:r>
              <w:rPr>
                <w:b/>
                <w:sz w:val="19"/>
                <w:lang w:eastAsia="ja-JP"/>
              </w:rPr>
              <w:t>備考（高校生は学校名等）</w:t>
            </w:r>
          </w:p>
        </w:tc>
      </w:tr>
      <w:tr w:rsidR="00555C14" w14:paraId="2A001423" w14:textId="77777777" w:rsidTr="0053325D">
        <w:trPr>
          <w:trHeight w:val="567"/>
        </w:trPr>
        <w:tc>
          <w:tcPr>
            <w:tcW w:w="51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DEBA60E" w14:textId="77777777" w:rsidR="00555C14" w:rsidRDefault="00555C14" w:rsidP="00555C14">
            <w:pPr>
              <w:jc w:val="center"/>
            </w:pPr>
            <w:r>
              <w:rPr>
                <w:sz w:val="19"/>
              </w:rPr>
              <w:t>1</w:t>
            </w:r>
          </w:p>
        </w:tc>
        <w:tc>
          <w:tcPr>
            <w:tcW w:w="3969"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644E3383" w14:textId="77777777" w:rsidR="00555C14" w:rsidRDefault="00555C14" w:rsidP="00555C14"/>
        </w:tc>
        <w:tc>
          <w:tcPr>
            <w:tcW w:w="215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3CB7587" w14:textId="529E4E9F" w:rsidR="00555C14" w:rsidRDefault="00555C14" w:rsidP="00555C14">
            <w:pPr>
              <w:rPr>
                <w:lang w:eastAsia="ja-JP"/>
              </w:rPr>
            </w:pPr>
            <w:r w:rsidRPr="000A14F0">
              <w:rPr>
                <w:rFonts w:hint="eastAsia"/>
                <w:lang w:eastAsia="ja-JP"/>
              </w:rPr>
              <w:t>S</w:t>
            </w:r>
            <w:r w:rsidRPr="000A14F0">
              <w:rPr>
                <w:lang w:eastAsia="ja-JP"/>
              </w:rPr>
              <w:t>・</w:t>
            </w:r>
            <w:r w:rsidRPr="000A14F0">
              <w:rPr>
                <w:rFonts w:hint="eastAsia"/>
                <w:lang w:eastAsia="ja-JP"/>
              </w:rPr>
              <w:t>H</w:t>
            </w:r>
            <w:r w:rsidRPr="000A14F0">
              <w:rPr>
                <w:lang w:eastAsia="ja-JP"/>
              </w:rPr>
              <w:br/>
              <w:t xml:space="preserve">  </w:t>
            </w:r>
            <w:r>
              <w:rPr>
                <w:rFonts w:hint="eastAsia"/>
                <w:lang w:eastAsia="ja-JP"/>
              </w:rPr>
              <w:t xml:space="preserve">　</w:t>
            </w:r>
            <w:r w:rsidRPr="000A14F0">
              <w:rPr>
                <w:lang w:eastAsia="ja-JP"/>
              </w:rPr>
              <w:t xml:space="preserve">年 </w:t>
            </w:r>
            <w:r>
              <w:rPr>
                <w:rFonts w:hint="eastAsia"/>
                <w:lang w:eastAsia="ja-JP"/>
              </w:rPr>
              <w:t xml:space="preserve">　　</w:t>
            </w:r>
            <w:r w:rsidRPr="000A14F0">
              <w:rPr>
                <w:lang w:eastAsia="ja-JP"/>
              </w:rPr>
              <w:t xml:space="preserve"> 月  </w:t>
            </w:r>
            <w:r>
              <w:rPr>
                <w:rFonts w:hint="eastAsia"/>
                <w:lang w:eastAsia="ja-JP"/>
              </w:rPr>
              <w:t xml:space="preserve">　　</w:t>
            </w:r>
            <w:r w:rsidRPr="000A14F0">
              <w:rPr>
                <w:lang w:eastAsia="ja-JP"/>
              </w:rPr>
              <w:t>日</w:t>
            </w:r>
          </w:p>
        </w:tc>
        <w:tc>
          <w:tcPr>
            <w:tcW w:w="3458"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3F6893EF" w14:textId="77777777" w:rsidR="00555C14" w:rsidRDefault="00555C14" w:rsidP="00555C14">
            <w:pPr>
              <w:rPr>
                <w:lang w:eastAsia="ja-JP"/>
              </w:rPr>
            </w:pPr>
          </w:p>
        </w:tc>
      </w:tr>
      <w:tr w:rsidR="00555C14" w14:paraId="572DA6F1" w14:textId="77777777" w:rsidTr="0053325D">
        <w:trPr>
          <w:trHeight w:val="567"/>
        </w:trPr>
        <w:tc>
          <w:tcPr>
            <w:tcW w:w="51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60115429" w14:textId="77777777" w:rsidR="00555C14" w:rsidRDefault="00555C14" w:rsidP="00555C14">
            <w:pPr>
              <w:jc w:val="center"/>
            </w:pPr>
            <w:r>
              <w:rPr>
                <w:sz w:val="19"/>
              </w:rPr>
              <w:t>2</w:t>
            </w:r>
          </w:p>
        </w:tc>
        <w:tc>
          <w:tcPr>
            <w:tcW w:w="3969"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13D693BF" w14:textId="77777777" w:rsidR="00555C14" w:rsidRDefault="00555C14" w:rsidP="00555C14"/>
        </w:tc>
        <w:tc>
          <w:tcPr>
            <w:tcW w:w="215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4679E3AA" w14:textId="6AB1EF22" w:rsidR="00555C14" w:rsidRDefault="00555C14" w:rsidP="00555C14">
            <w:pPr>
              <w:rPr>
                <w:lang w:eastAsia="ja-JP"/>
              </w:rPr>
            </w:pPr>
            <w:r w:rsidRPr="000A14F0">
              <w:rPr>
                <w:rFonts w:hint="eastAsia"/>
                <w:lang w:eastAsia="ja-JP"/>
              </w:rPr>
              <w:t>S</w:t>
            </w:r>
            <w:r w:rsidRPr="000A14F0">
              <w:rPr>
                <w:lang w:eastAsia="ja-JP"/>
              </w:rPr>
              <w:t>・</w:t>
            </w:r>
            <w:r w:rsidRPr="000A14F0">
              <w:rPr>
                <w:rFonts w:hint="eastAsia"/>
                <w:lang w:eastAsia="ja-JP"/>
              </w:rPr>
              <w:t>H</w:t>
            </w:r>
            <w:r w:rsidRPr="000A14F0">
              <w:rPr>
                <w:lang w:eastAsia="ja-JP"/>
              </w:rPr>
              <w:br/>
              <w:t xml:space="preserve">  </w:t>
            </w:r>
            <w:r>
              <w:rPr>
                <w:rFonts w:hint="eastAsia"/>
                <w:lang w:eastAsia="ja-JP"/>
              </w:rPr>
              <w:t xml:space="preserve">　</w:t>
            </w:r>
            <w:r w:rsidRPr="000A14F0">
              <w:rPr>
                <w:lang w:eastAsia="ja-JP"/>
              </w:rPr>
              <w:t xml:space="preserve">年 </w:t>
            </w:r>
            <w:r>
              <w:rPr>
                <w:rFonts w:hint="eastAsia"/>
                <w:lang w:eastAsia="ja-JP"/>
              </w:rPr>
              <w:t xml:space="preserve">　　</w:t>
            </w:r>
            <w:r w:rsidRPr="000A14F0">
              <w:rPr>
                <w:lang w:eastAsia="ja-JP"/>
              </w:rPr>
              <w:t xml:space="preserve"> 月  </w:t>
            </w:r>
            <w:r>
              <w:rPr>
                <w:rFonts w:hint="eastAsia"/>
                <w:lang w:eastAsia="ja-JP"/>
              </w:rPr>
              <w:t xml:space="preserve">　　</w:t>
            </w:r>
            <w:r w:rsidRPr="000A14F0">
              <w:rPr>
                <w:lang w:eastAsia="ja-JP"/>
              </w:rPr>
              <w:t>日</w:t>
            </w:r>
          </w:p>
        </w:tc>
        <w:tc>
          <w:tcPr>
            <w:tcW w:w="3458"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D1FC74D" w14:textId="77777777" w:rsidR="00555C14" w:rsidRDefault="00555C14" w:rsidP="00555C14">
            <w:pPr>
              <w:rPr>
                <w:lang w:eastAsia="ja-JP"/>
              </w:rPr>
            </w:pPr>
          </w:p>
        </w:tc>
      </w:tr>
      <w:tr w:rsidR="00555C14" w14:paraId="63DF4A57" w14:textId="77777777" w:rsidTr="00555C14">
        <w:trPr>
          <w:trHeight w:val="567"/>
        </w:trPr>
        <w:tc>
          <w:tcPr>
            <w:tcW w:w="51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0D6A60D1" w14:textId="77777777" w:rsidR="00555C14" w:rsidRDefault="00555C14" w:rsidP="00555C14">
            <w:pPr>
              <w:jc w:val="center"/>
            </w:pPr>
            <w:r>
              <w:rPr>
                <w:sz w:val="19"/>
              </w:rPr>
              <w:t>3</w:t>
            </w:r>
          </w:p>
        </w:tc>
        <w:tc>
          <w:tcPr>
            <w:tcW w:w="3969"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510EFAB" w14:textId="77777777" w:rsidR="00555C14" w:rsidRDefault="00555C14" w:rsidP="00555C14"/>
        </w:tc>
        <w:tc>
          <w:tcPr>
            <w:tcW w:w="215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7FD60C4" w14:textId="0FAF6ED6" w:rsidR="00555C14" w:rsidRDefault="00555C14" w:rsidP="00555C14">
            <w:pPr>
              <w:rPr>
                <w:lang w:eastAsia="ja-JP"/>
              </w:rPr>
            </w:pPr>
            <w:r w:rsidRPr="000A14F0">
              <w:rPr>
                <w:rFonts w:hint="eastAsia"/>
                <w:lang w:eastAsia="ja-JP"/>
              </w:rPr>
              <w:t>S</w:t>
            </w:r>
            <w:r w:rsidRPr="000A14F0">
              <w:rPr>
                <w:lang w:eastAsia="ja-JP"/>
              </w:rPr>
              <w:t>・</w:t>
            </w:r>
            <w:r w:rsidRPr="000A14F0">
              <w:rPr>
                <w:rFonts w:hint="eastAsia"/>
                <w:lang w:eastAsia="ja-JP"/>
              </w:rPr>
              <w:t>H</w:t>
            </w:r>
            <w:r w:rsidRPr="000A14F0">
              <w:rPr>
                <w:lang w:eastAsia="ja-JP"/>
              </w:rPr>
              <w:br/>
              <w:t xml:space="preserve">  </w:t>
            </w:r>
            <w:r>
              <w:rPr>
                <w:rFonts w:hint="eastAsia"/>
                <w:lang w:eastAsia="ja-JP"/>
              </w:rPr>
              <w:t xml:space="preserve">　</w:t>
            </w:r>
            <w:r w:rsidRPr="000A14F0">
              <w:rPr>
                <w:lang w:eastAsia="ja-JP"/>
              </w:rPr>
              <w:t xml:space="preserve">年 </w:t>
            </w:r>
            <w:r>
              <w:rPr>
                <w:rFonts w:hint="eastAsia"/>
                <w:lang w:eastAsia="ja-JP"/>
              </w:rPr>
              <w:t xml:space="preserve">　　</w:t>
            </w:r>
            <w:r w:rsidRPr="000A14F0">
              <w:rPr>
                <w:lang w:eastAsia="ja-JP"/>
              </w:rPr>
              <w:t xml:space="preserve"> 月  </w:t>
            </w:r>
            <w:r>
              <w:rPr>
                <w:rFonts w:hint="eastAsia"/>
                <w:lang w:eastAsia="ja-JP"/>
              </w:rPr>
              <w:t xml:space="preserve">　　</w:t>
            </w:r>
            <w:r w:rsidRPr="000A14F0">
              <w:rPr>
                <w:lang w:eastAsia="ja-JP"/>
              </w:rPr>
              <w:t>日</w:t>
            </w:r>
          </w:p>
        </w:tc>
        <w:tc>
          <w:tcPr>
            <w:tcW w:w="3458"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0E761A65" w14:textId="77777777" w:rsidR="00555C14" w:rsidRDefault="00555C14" w:rsidP="00555C14">
            <w:pPr>
              <w:rPr>
                <w:lang w:eastAsia="ja-JP"/>
              </w:rPr>
            </w:pPr>
          </w:p>
        </w:tc>
      </w:tr>
      <w:tr w:rsidR="00555C14" w14:paraId="0AF4C8ED" w14:textId="77777777" w:rsidTr="0053325D">
        <w:trPr>
          <w:trHeight w:val="567"/>
        </w:trPr>
        <w:tc>
          <w:tcPr>
            <w:tcW w:w="51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0833C78C" w14:textId="77777777" w:rsidR="00555C14" w:rsidRDefault="00555C14" w:rsidP="00555C14">
            <w:pPr>
              <w:jc w:val="center"/>
            </w:pPr>
            <w:r>
              <w:rPr>
                <w:sz w:val="19"/>
              </w:rPr>
              <w:t>4</w:t>
            </w:r>
          </w:p>
        </w:tc>
        <w:tc>
          <w:tcPr>
            <w:tcW w:w="3969"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57AF477" w14:textId="77777777" w:rsidR="00555C14" w:rsidRDefault="00555C14" w:rsidP="00555C14"/>
        </w:tc>
        <w:tc>
          <w:tcPr>
            <w:tcW w:w="215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2BFEC81" w14:textId="08618FCF" w:rsidR="00555C14" w:rsidRDefault="00555C14" w:rsidP="00555C14">
            <w:pPr>
              <w:rPr>
                <w:lang w:eastAsia="ja-JP"/>
              </w:rPr>
            </w:pPr>
            <w:r w:rsidRPr="000A14F0">
              <w:rPr>
                <w:rFonts w:hint="eastAsia"/>
                <w:lang w:eastAsia="ja-JP"/>
              </w:rPr>
              <w:t>S</w:t>
            </w:r>
            <w:r w:rsidRPr="000A14F0">
              <w:rPr>
                <w:lang w:eastAsia="ja-JP"/>
              </w:rPr>
              <w:t>・</w:t>
            </w:r>
            <w:r w:rsidRPr="000A14F0">
              <w:rPr>
                <w:rFonts w:hint="eastAsia"/>
                <w:lang w:eastAsia="ja-JP"/>
              </w:rPr>
              <w:t>H</w:t>
            </w:r>
            <w:r w:rsidRPr="000A14F0">
              <w:rPr>
                <w:lang w:eastAsia="ja-JP"/>
              </w:rPr>
              <w:br/>
              <w:t xml:space="preserve">  </w:t>
            </w:r>
            <w:r>
              <w:rPr>
                <w:rFonts w:hint="eastAsia"/>
                <w:lang w:eastAsia="ja-JP"/>
              </w:rPr>
              <w:t xml:space="preserve">　</w:t>
            </w:r>
            <w:r w:rsidRPr="000A14F0">
              <w:rPr>
                <w:lang w:eastAsia="ja-JP"/>
              </w:rPr>
              <w:t xml:space="preserve">年 </w:t>
            </w:r>
            <w:r>
              <w:rPr>
                <w:rFonts w:hint="eastAsia"/>
                <w:lang w:eastAsia="ja-JP"/>
              </w:rPr>
              <w:t xml:space="preserve">　　</w:t>
            </w:r>
            <w:r w:rsidRPr="000A14F0">
              <w:rPr>
                <w:lang w:eastAsia="ja-JP"/>
              </w:rPr>
              <w:t xml:space="preserve"> 月  </w:t>
            </w:r>
            <w:r>
              <w:rPr>
                <w:rFonts w:hint="eastAsia"/>
                <w:lang w:eastAsia="ja-JP"/>
              </w:rPr>
              <w:t xml:space="preserve">　　</w:t>
            </w:r>
            <w:r w:rsidRPr="000A14F0">
              <w:rPr>
                <w:lang w:eastAsia="ja-JP"/>
              </w:rPr>
              <w:t>日</w:t>
            </w:r>
          </w:p>
        </w:tc>
        <w:tc>
          <w:tcPr>
            <w:tcW w:w="3458"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77E0ED19" w14:textId="77777777" w:rsidR="00555C14" w:rsidRDefault="00555C14" w:rsidP="00555C14">
            <w:pPr>
              <w:rPr>
                <w:lang w:eastAsia="ja-JP"/>
              </w:rPr>
            </w:pPr>
          </w:p>
        </w:tc>
      </w:tr>
      <w:tr w:rsidR="00555C14" w14:paraId="3F2BBDEE" w14:textId="77777777" w:rsidTr="0053325D">
        <w:trPr>
          <w:trHeight w:val="567"/>
        </w:trPr>
        <w:tc>
          <w:tcPr>
            <w:tcW w:w="510"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6BCCF4DA" w14:textId="77777777" w:rsidR="00555C14" w:rsidRDefault="00555C14" w:rsidP="00555C14">
            <w:pPr>
              <w:jc w:val="center"/>
            </w:pPr>
            <w:r>
              <w:rPr>
                <w:sz w:val="19"/>
              </w:rPr>
              <w:t>5</w:t>
            </w:r>
          </w:p>
        </w:tc>
        <w:tc>
          <w:tcPr>
            <w:tcW w:w="3969"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30DA3759" w14:textId="77777777" w:rsidR="00555C14" w:rsidRDefault="00555C14" w:rsidP="00555C14"/>
        </w:tc>
        <w:tc>
          <w:tcPr>
            <w:tcW w:w="215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52B02ACC" w14:textId="45A704F3" w:rsidR="00555C14" w:rsidRDefault="00555C14" w:rsidP="00555C14">
            <w:pPr>
              <w:rPr>
                <w:lang w:eastAsia="ja-JP"/>
              </w:rPr>
            </w:pPr>
            <w:r w:rsidRPr="000A14F0">
              <w:rPr>
                <w:rFonts w:hint="eastAsia"/>
                <w:lang w:eastAsia="ja-JP"/>
              </w:rPr>
              <w:t>S</w:t>
            </w:r>
            <w:r w:rsidRPr="000A14F0">
              <w:rPr>
                <w:lang w:eastAsia="ja-JP"/>
              </w:rPr>
              <w:t>・</w:t>
            </w:r>
            <w:r w:rsidRPr="000A14F0">
              <w:rPr>
                <w:rFonts w:hint="eastAsia"/>
                <w:lang w:eastAsia="ja-JP"/>
              </w:rPr>
              <w:t>H</w:t>
            </w:r>
            <w:r w:rsidRPr="000A14F0">
              <w:rPr>
                <w:lang w:eastAsia="ja-JP"/>
              </w:rPr>
              <w:br/>
              <w:t xml:space="preserve">  </w:t>
            </w:r>
            <w:r>
              <w:rPr>
                <w:rFonts w:hint="eastAsia"/>
                <w:lang w:eastAsia="ja-JP"/>
              </w:rPr>
              <w:t xml:space="preserve">　</w:t>
            </w:r>
            <w:r w:rsidRPr="000A14F0">
              <w:rPr>
                <w:lang w:eastAsia="ja-JP"/>
              </w:rPr>
              <w:t xml:space="preserve">年 </w:t>
            </w:r>
            <w:r>
              <w:rPr>
                <w:rFonts w:hint="eastAsia"/>
                <w:lang w:eastAsia="ja-JP"/>
              </w:rPr>
              <w:t xml:space="preserve">　　</w:t>
            </w:r>
            <w:r w:rsidRPr="000A14F0">
              <w:rPr>
                <w:lang w:eastAsia="ja-JP"/>
              </w:rPr>
              <w:t xml:space="preserve"> 月  </w:t>
            </w:r>
            <w:r>
              <w:rPr>
                <w:rFonts w:hint="eastAsia"/>
                <w:lang w:eastAsia="ja-JP"/>
              </w:rPr>
              <w:t xml:space="preserve">　　</w:t>
            </w:r>
            <w:r w:rsidRPr="000A14F0">
              <w:rPr>
                <w:lang w:eastAsia="ja-JP"/>
              </w:rPr>
              <w:t>日</w:t>
            </w:r>
          </w:p>
        </w:tc>
        <w:tc>
          <w:tcPr>
            <w:tcW w:w="3458"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4B66BB49" w14:textId="77777777" w:rsidR="00555C14" w:rsidRDefault="00555C14" w:rsidP="00555C14">
            <w:pPr>
              <w:rPr>
                <w:lang w:eastAsia="ja-JP"/>
              </w:rPr>
            </w:pPr>
          </w:p>
        </w:tc>
      </w:tr>
    </w:tbl>
    <w:p w14:paraId="510811EF" w14:textId="77777777" w:rsidR="00393CD8" w:rsidRDefault="00446C52">
      <w:pPr>
        <w:spacing w:before="80" w:after="40"/>
      </w:pPr>
      <w:r>
        <w:rPr>
          <w:b/>
          <w:sz w:val="21"/>
        </w:rPr>
        <w:t xml:space="preserve">■ </w:t>
      </w:r>
      <w:proofErr w:type="spellStart"/>
      <w:r>
        <w:rPr>
          <w:b/>
          <w:sz w:val="21"/>
        </w:rPr>
        <w:t>代表者確認欄</w:t>
      </w:r>
      <w:proofErr w:type="spellEnd"/>
    </w:p>
    <w:tbl>
      <w:tblPr>
        <w:tblW w:w="0" w:type="auto"/>
        <w:tblLayout w:type="fixed"/>
        <w:tblLook w:val="04A0" w:firstRow="1" w:lastRow="0" w:firstColumn="1" w:lastColumn="0" w:noHBand="0" w:noVBand="1"/>
      </w:tblPr>
      <w:tblGrid>
        <w:gridCol w:w="10092"/>
      </w:tblGrid>
      <w:tr w:rsidR="00393CD8" w14:paraId="6300D715" w14:textId="77777777" w:rsidTr="00555C14">
        <w:trPr>
          <w:trHeight w:val="1022"/>
        </w:trPr>
        <w:tc>
          <w:tcPr>
            <w:tcW w:w="10092"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vAlign w:val="center"/>
          </w:tcPr>
          <w:p w14:paraId="3DA4DF75" w14:textId="77777777" w:rsidR="00393CD8" w:rsidRDefault="00446C52">
            <w:pPr>
              <w:rPr>
                <w:lang w:eastAsia="ja-JP"/>
              </w:rPr>
            </w:pPr>
            <w:r>
              <w:rPr>
                <w:sz w:val="18"/>
                <w:lang w:eastAsia="ja-JP"/>
              </w:rPr>
              <w:t xml:space="preserve">□ </w:t>
            </w:r>
            <w:r w:rsidRPr="00374DEA">
              <w:rPr>
                <w:sz w:val="16"/>
                <w:szCs w:val="21"/>
                <w:lang w:eastAsia="ja-JP"/>
              </w:rPr>
              <w:t>参加者全員に「第40回高砂マラソン ボランティア募集要項」の内容を周知し、参加について本人の意思を確認しています。</w:t>
            </w:r>
          </w:p>
          <w:p w14:paraId="791D58FA" w14:textId="77777777" w:rsidR="00393CD8" w:rsidRDefault="00446C52">
            <w:pPr>
              <w:rPr>
                <w:lang w:eastAsia="ja-JP"/>
              </w:rPr>
            </w:pPr>
            <w:r>
              <w:rPr>
                <w:sz w:val="18"/>
                <w:lang w:eastAsia="ja-JP"/>
              </w:rPr>
              <w:t xml:space="preserve">□ </w:t>
            </w:r>
            <w:r w:rsidRPr="00374DEA">
              <w:rPr>
                <w:sz w:val="16"/>
                <w:szCs w:val="21"/>
                <w:lang w:eastAsia="ja-JP"/>
              </w:rPr>
              <w:t>高校生の参加者については、それぞれ保護者の同意を得ていることを確認しています。</w:t>
            </w:r>
          </w:p>
          <w:p w14:paraId="75EB67FA" w14:textId="77777777" w:rsidR="00393CD8" w:rsidRDefault="00446C52">
            <w:pPr>
              <w:rPr>
                <w:lang w:eastAsia="ja-JP"/>
              </w:rPr>
            </w:pPr>
            <w:r>
              <w:rPr>
                <w:sz w:val="18"/>
                <w:lang w:eastAsia="ja-JP"/>
              </w:rPr>
              <w:t xml:space="preserve">□ </w:t>
            </w:r>
            <w:r w:rsidRPr="00374DEA">
              <w:rPr>
                <w:sz w:val="16"/>
                <w:szCs w:val="21"/>
                <w:lang w:eastAsia="ja-JP"/>
              </w:rPr>
              <w:t>活動中に撮影された写真・映像が、大会広報（市・大会公式ホームページ、SNS、広報物等）に使用される場合があることを参加者へ周知しています。</w:t>
            </w:r>
          </w:p>
        </w:tc>
      </w:tr>
    </w:tbl>
    <w:p w14:paraId="324824CF" w14:textId="4F5A0141" w:rsidR="00393CD8" w:rsidRDefault="00446C52">
      <w:pPr>
        <w:spacing w:before="80"/>
        <w:rPr>
          <w:lang w:eastAsia="ja-JP"/>
        </w:rPr>
      </w:pPr>
      <w:r>
        <w:rPr>
          <w:sz w:val="17"/>
          <w:lang w:eastAsia="ja-JP"/>
        </w:rPr>
        <w:t>※参加者が</w:t>
      </w:r>
      <w:r w:rsidR="00374DEA">
        <w:rPr>
          <w:rFonts w:hint="eastAsia"/>
          <w:sz w:val="17"/>
          <w:lang w:eastAsia="ja-JP"/>
        </w:rPr>
        <w:t>5</w:t>
      </w:r>
      <w:r>
        <w:rPr>
          <w:sz w:val="17"/>
          <w:lang w:eastAsia="ja-JP"/>
        </w:rPr>
        <w:t>名を超える場合は、本様式を複写して参加者一覧のみ追加してください。</w:t>
      </w:r>
    </w:p>
    <w:p w14:paraId="14B8ED6C" w14:textId="77777777" w:rsidR="00393CD8" w:rsidRDefault="00446C52">
      <w:pPr>
        <w:rPr>
          <w:lang w:eastAsia="ja-JP"/>
        </w:rPr>
      </w:pPr>
      <w:r>
        <w:rPr>
          <w:sz w:val="17"/>
          <w:lang w:eastAsia="ja-JP"/>
        </w:rPr>
        <w:t>※ご記入いただいた個人情報は、大会及びボランティア活動の運営、連絡、保険加入その他これらに必要な業務のために使用します。</w:t>
      </w:r>
    </w:p>
    <w:p w14:paraId="15790202" w14:textId="77777777" w:rsidR="00393CD8" w:rsidRDefault="00446C52">
      <w:pPr>
        <w:spacing w:before="100" w:after="20"/>
        <w:rPr>
          <w:lang w:eastAsia="ja-JP"/>
        </w:rPr>
      </w:pPr>
      <w:r>
        <w:rPr>
          <w:b/>
          <w:sz w:val="19"/>
          <w:lang w:eastAsia="ja-JP"/>
        </w:rPr>
        <w:t>【提出・問合せ先】</w:t>
      </w:r>
    </w:p>
    <w:p w14:paraId="5E4EBBED" w14:textId="77777777" w:rsidR="00393CD8" w:rsidRDefault="00446C52">
      <w:pPr>
        <w:ind w:left="227"/>
        <w:rPr>
          <w:lang w:eastAsia="ja-JP"/>
        </w:rPr>
      </w:pPr>
      <w:r>
        <w:rPr>
          <w:sz w:val="18"/>
          <w:lang w:eastAsia="ja-JP"/>
        </w:rPr>
        <w:t>高砂マラソン実行委員会事務局（高砂市スポーツ推進課）</w:t>
      </w:r>
    </w:p>
    <w:p w14:paraId="5A3CA730" w14:textId="0F2FAA8E" w:rsidR="00393CD8" w:rsidRDefault="00446C52">
      <w:pPr>
        <w:ind w:left="227"/>
      </w:pPr>
      <w:r>
        <w:rPr>
          <w:sz w:val="18"/>
        </w:rPr>
        <w:t>〒676-8501 高砂市荒井町千鳥1-1-1　TEL：079-443-9136</w:t>
      </w:r>
      <w:r w:rsidR="00555C14">
        <w:rPr>
          <w:rFonts w:hint="eastAsia"/>
          <w:sz w:val="18"/>
          <w:lang w:eastAsia="ja-JP"/>
        </w:rPr>
        <w:t xml:space="preserve">　</w:t>
      </w:r>
      <w:r>
        <w:rPr>
          <w:sz w:val="18"/>
        </w:rPr>
        <w:t>E-mail：tact7420@city.takasago.lg.jp</w:t>
      </w:r>
    </w:p>
    <w:sectPr w:rsidR="00393CD8" w:rsidSect="00CB7484">
      <w:pgSz w:w="11906" w:h="16838" w:code="9"/>
      <w:pgMar w:top="680" w:right="907" w:bottom="680"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78A13" w14:textId="77777777" w:rsidR="00555C14" w:rsidRDefault="00555C14" w:rsidP="00555C14">
      <w:r>
        <w:separator/>
      </w:r>
    </w:p>
  </w:endnote>
  <w:endnote w:type="continuationSeparator" w:id="0">
    <w:p w14:paraId="0950BE44" w14:textId="77777777" w:rsidR="00555C14" w:rsidRDefault="00555C14" w:rsidP="00555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DB18E" w14:textId="77777777" w:rsidR="00555C14" w:rsidRDefault="00555C14" w:rsidP="00555C14">
      <w:r>
        <w:separator/>
      </w:r>
    </w:p>
  </w:footnote>
  <w:footnote w:type="continuationSeparator" w:id="0">
    <w:p w14:paraId="5000C9C6" w14:textId="77777777" w:rsidR="00555C14" w:rsidRDefault="00555C14" w:rsidP="00555C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74DEA"/>
    <w:rsid w:val="00393CD8"/>
    <w:rsid w:val="00446C52"/>
    <w:rsid w:val="00555C14"/>
    <w:rsid w:val="009E16B2"/>
    <w:rsid w:val="00A750C0"/>
    <w:rsid w:val="00AA1D8D"/>
    <w:rsid w:val="00B47730"/>
    <w:rsid w:val="00CB0664"/>
    <w:rsid w:val="00CB74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247898A4"/>
  <w14:defaultImageDpi w14:val="300"/>
  <w15:docId w15:val="{A11095FB-9463-46F5-8817-2F8FCAAE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游ゴシック" w:eastAsia="游ゴシック" w:hAnsi="游ゴシック"/>
      <w:sz w:val="20"/>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198</Words>
  <Characters>1135</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三井　唯</cp:lastModifiedBy>
  <cp:revision>6</cp:revision>
  <dcterms:created xsi:type="dcterms:W3CDTF">2013-12-23T23:15:00Z</dcterms:created>
  <dcterms:modified xsi:type="dcterms:W3CDTF">2026-09-30T01:15:00Z</dcterms:modified>
  <cp:category/>
</cp:coreProperties>
</file>